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Alice's adventures in wonderland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Lewis Carroll/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9780140623369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