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 التحليلية كنظام للمعلومات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جزار زكرياء/ نجار روفية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