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Test biochemique statique ou dynamique utilisé pour la détermination de la d'hodgkin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zeghilet hakima/ soukehal rawya/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