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Taxonomie de quelques plantes médicinales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KOULOUGHLI aicha/ Benmakhlouf Nor el houda/ midoukali 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