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antibiorésistance des enterococcus au milieu hospitalier  et vétérinaire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Amimour Yasmina/ berkni lamia/ maddouri nada/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5702611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02/08/2026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