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Pollution des eaux par les métaux lourds :chrome-plomb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ghorab djallal/ Hammada Louanas/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