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leucemies aigues lymphoides de la lignee b et t :methodes hematolgiques et biochimiques du diagnostique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Boulkour Sara/ ameur menad 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