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métabolisme du cholestérol et maladie de fois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Chebta Kaled/ hed messoud n/ hellou f/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26p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5701511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