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d'indices bioclimatique sur quelque station de l'est algérien partie occidentale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BAKOUCHE warda/ lefilf  amina/ ATROUZ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