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systéme  pour la gestion clientèle au sein de sonelgaz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bara mohammed/ Maouche fadhila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