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web d'affichage des informations géografiques sur des cartes thématiques de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atmouni imane/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