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Réalisation d'un site web commercial (e- commerce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belmenai nawel/ Djaaboub Salim(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