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assistant de classe pour le suivie et controle continue des etudiants pour les smart phones de type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benzebouchi imene/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