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une agence immobiliére :EL -AQARYA AGENCE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Belhadj Meriem/ Lalou Mohammed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