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Conception et réalisation d'un site web dynamique pour l'enseignent à distance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فرنسية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kara mohammed fouad/ Bouzahzah Mounira (encadreur)/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Centre universitaire mila/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74p.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27 *19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0042411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