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d'un algorithme Cryptographique pour la sécurité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Nassim/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