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Boukemara Fadila/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