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Corps finis et leur application en théorie des codes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BARKATt abla/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