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Application des méthodes numériques dans le corps QP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chelghoum meriem/ Kecies Mohamed 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03/08/2026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