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ايض الالكتروليتات و الدهون عند الجرذان ALBINO WISTAR  خلال الصيام لفترة قصيرة في الاوساط الحرارية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بحري العيد/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