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إستجابة باذرات القمح الصلب (TRITICUM DURUM DESF) للاجهاد الملحي ومعاكسة تاثيره الضار بالاوكسين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عالم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