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فيزيولوجية مقارنة لسلوك بعض أصناف عنب المائدة (vitis vinifera .L) المعالجة ببعض المخصبات المغدية المستعملة بتقنية الرش الورقي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لعياضي/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