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d'agents mutagènes,les rayons ultra -violet,sur la nodulation et les caracteres phénotypiques de quelques espèces de rhizobium sp.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gharzouli razika/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don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