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de productivité chez six variétés de blé dur (triticum durum) cultivées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benlaribi/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