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 conjugué de la pulvérisation de la kinétine et l'aia sur la phénologie et la physiologie du systéme végétatif chez quelques variétés du pois chiche (Cicer ariétinum L)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Mr kebaili zoubir/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cadeaux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oum el bouaghi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57016611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