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protease de silybum marianum purification etude des proprietes et effet sur la coagulation du lait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kassa laour mounia/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cadeaux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Constantine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57018011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