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النفسي في شعر إيليا أبي ماضي قصيدة الطلاسم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لعقابي أيمان/ بن الشيخ سعاد/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