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الدولي الجديد الثابت........والمتغير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9789961009833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الدولي/ 11 ديسمبر/ مشروع الشرق الاوسط/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