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مدخل الى الاحصاء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أعبد القادر حليمي/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OPU1416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الإحصاء/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