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نشأ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حمد بور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9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نشآ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