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جرائم فرنسا الإستعمارية في الولاية الرابعة (1956-1962)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رشيد زبير/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9789961842676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