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النقيب محمد صايكي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اليزيدي/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9789961671627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