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قصتي مع ثورة المليون.....شهيد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الهادي إبراهيم المشيرقي/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9789961671184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