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التراويح وأغاني الخيام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الطيب معاش/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موفم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9789961629321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