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موريس بابون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9789947834503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