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التبشيرية الفرنسية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بقطاش/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9789961611975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