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فرانز فانون والثورة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9789947833957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