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همسات وصرخات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الأخضر السائحي/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9789961629307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