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الثورة الجزائرية والقانون 1960-1961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محمد بجاوي/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الرائد/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9000722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