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صوت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بوزيدي/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9789947833995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