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معذبو الأرض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فرانز فانون/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9789947211014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