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المصلح المجدد الإمام 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9789961009437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