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قلعة بني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بنوجيت/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