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صراع مع الأقدار والليالي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بوطبل/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9789961671306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