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مدينة الجزائر في العهد العثماني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تابليت/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31*23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9789947834671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