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ابن باديس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عشراتي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978996154624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