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الرائد عثمان سعدي بن الحاج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9789961671128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