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رائد سي لخضر بور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يدة حم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