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 أكبر ..وانطلقت ثورة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