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محمد المقراني وثورة 1871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